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2FE4B" w14:textId="77777777" w:rsidR="00802B2E" w:rsidRPr="002F582C" w:rsidRDefault="00000000">
      <w:pPr>
        <w:jc w:val="right"/>
        <w:rPr>
          <w:rFonts w:ascii="Times New Roman" w:hAnsi="Times New Roman" w:cs="Times New Roman"/>
          <w:sz w:val="20"/>
          <w:szCs w:val="20"/>
        </w:rPr>
      </w:pPr>
      <w:r w:rsidRPr="002F582C">
        <w:rPr>
          <w:rFonts w:ascii="Times New Roman" w:hAnsi="Times New Roman" w:cs="Times New Roman"/>
          <w:sz w:val="20"/>
          <w:szCs w:val="20"/>
        </w:rPr>
        <w:t>Załącznik nr 2 do ogłoszenia</w:t>
      </w:r>
      <w:r w:rsidRPr="002F582C">
        <w:rPr>
          <w:rFonts w:ascii="Times New Roman" w:hAnsi="Times New Roman" w:cs="Times New Roman"/>
          <w:sz w:val="20"/>
          <w:szCs w:val="20"/>
        </w:rPr>
        <w:br/>
        <w:t>z dnia 31 sierpnia 2026 r.</w:t>
      </w:r>
    </w:p>
    <w:p w14:paraId="4E02B135" w14:textId="77777777" w:rsidR="002F582C" w:rsidRDefault="002F582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C24E67" w14:textId="031815A3" w:rsidR="00802B2E" w:rsidRPr="002F582C" w:rsidRDefault="00000000">
      <w:pPr>
        <w:jc w:val="center"/>
        <w:rPr>
          <w:rFonts w:ascii="Times New Roman" w:hAnsi="Times New Roman" w:cs="Times New Roman"/>
          <w:sz w:val="24"/>
          <w:szCs w:val="24"/>
        </w:rPr>
      </w:pPr>
      <w:r w:rsidRPr="002F582C">
        <w:rPr>
          <w:rFonts w:ascii="Times New Roman" w:hAnsi="Times New Roman" w:cs="Times New Roman"/>
          <w:b/>
          <w:sz w:val="24"/>
          <w:szCs w:val="24"/>
        </w:rPr>
        <w:t>WNIOSEK O DOKONANIE DAROWIZNY</w:t>
      </w:r>
    </w:p>
    <w:p w14:paraId="4F468003" w14:textId="77777777" w:rsidR="00802B2E" w:rsidRDefault="00000000">
      <w:pPr>
        <w:jc w:val="center"/>
        <w:rPr>
          <w:rFonts w:ascii="Times New Roman" w:hAnsi="Times New Roman" w:cs="Times New Roman"/>
          <w:sz w:val="24"/>
          <w:szCs w:val="24"/>
        </w:rPr>
      </w:pPr>
      <w:r w:rsidRPr="002F582C">
        <w:rPr>
          <w:rFonts w:ascii="Times New Roman" w:hAnsi="Times New Roman" w:cs="Times New Roman"/>
          <w:sz w:val="24"/>
          <w:szCs w:val="24"/>
        </w:rPr>
        <w:t xml:space="preserve">zbędnego lub zużytego </w:t>
      </w:r>
      <w:proofErr w:type="spellStart"/>
      <w:r w:rsidRPr="002F582C">
        <w:rPr>
          <w:rFonts w:ascii="Times New Roman" w:hAnsi="Times New Roman" w:cs="Times New Roman"/>
          <w:sz w:val="24"/>
          <w:szCs w:val="24"/>
        </w:rPr>
        <w:t>składnika</w:t>
      </w:r>
      <w:proofErr w:type="spellEnd"/>
      <w:r w:rsidRPr="002F58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82C">
        <w:rPr>
          <w:rFonts w:ascii="Times New Roman" w:hAnsi="Times New Roman" w:cs="Times New Roman"/>
          <w:sz w:val="24"/>
          <w:szCs w:val="24"/>
        </w:rPr>
        <w:t>rzeczowego</w:t>
      </w:r>
      <w:proofErr w:type="spellEnd"/>
      <w:r w:rsidRPr="002F58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82C">
        <w:rPr>
          <w:rFonts w:ascii="Times New Roman" w:hAnsi="Times New Roman" w:cs="Times New Roman"/>
          <w:sz w:val="24"/>
          <w:szCs w:val="24"/>
        </w:rPr>
        <w:t>majątku</w:t>
      </w:r>
      <w:proofErr w:type="spellEnd"/>
      <w:r w:rsidRPr="002F58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82C">
        <w:rPr>
          <w:rFonts w:ascii="Times New Roman" w:hAnsi="Times New Roman" w:cs="Times New Roman"/>
          <w:sz w:val="24"/>
          <w:szCs w:val="24"/>
        </w:rPr>
        <w:t>ruchomego</w:t>
      </w:r>
      <w:proofErr w:type="spellEnd"/>
    </w:p>
    <w:p w14:paraId="649A00A8" w14:textId="77777777" w:rsidR="002F582C" w:rsidRPr="002F582C" w:rsidRDefault="002F582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EA9CE93" w14:textId="5855116D" w:rsidR="00802B2E" w:rsidRPr="002F582C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 w:rsidRPr="002F582C">
        <w:rPr>
          <w:rFonts w:ascii="Times New Roman" w:hAnsi="Times New Roman" w:cs="Times New Roman"/>
          <w:sz w:val="24"/>
          <w:szCs w:val="24"/>
        </w:rPr>
        <w:t xml:space="preserve">W nawiązaniu do ogłoszenia Powiatowego Inspektoratu Nadzoru Budowlanego w Lesku z dnia 31 sierpnia 2026 r., na podstawie § 39 rozporządzenia Rady Ministrów z dnia 21 października 2019 r. </w:t>
      </w:r>
      <w:r w:rsidR="002F582C">
        <w:rPr>
          <w:rFonts w:ascii="Times New Roman" w:hAnsi="Times New Roman" w:cs="Times New Roman"/>
          <w:sz w:val="24"/>
          <w:szCs w:val="24"/>
        </w:rPr>
        <w:br/>
      </w:r>
      <w:r w:rsidRPr="002F582C">
        <w:rPr>
          <w:rFonts w:ascii="Times New Roman" w:hAnsi="Times New Roman" w:cs="Times New Roman"/>
          <w:sz w:val="24"/>
          <w:szCs w:val="24"/>
        </w:rPr>
        <w:t xml:space="preserve">w </w:t>
      </w:r>
      <w:proofErr w:type="spellStart"/>
      <w:r w:rsidRPr="002F582C">
        <w:rPr>
          <w:rFonts w:ascii="Times New Roman" w:hAnsi="Times New Roman" w:cs="Times New Roman"/>
          <w:sz w:val="24"/>
          <w:szCs w:val="24"/>
        </w:rPr>
        <w:t>sprawie</w:t>
      </w:r>
      <w:proofErr w:type="spellEnd"/>
      <w:r w:rsidRPr="002F58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82C">
        <w:rPr>
          <w:rFonts w:ascii="Times New Roman" w:hAnsi="Times New Roman" w:cs="Times New Roman"/>
          <w:sz w:val="24"/>
          <w:szCs w:val="24"/>
        </w:rPr>
        <w:t>szczegółowego</w:t>
      </w:r>
      <w:proofErr w:type="spellEnd"/>
      <w:r w:rsidRPr="002F58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82C">
        <w:rPr>
          <w:rFonts w:ascii="Times New Roman" w:hAnsi="Times New Roman" w:cs="Times New Roman"/>
          <w:sz w:val="24"/>
          <w:szCs w:val="24"/>
        </w:rPr>
        <w:t>sposobu</w:t>
      </w:r>
      <w:proofErr w:type="spellEnd"/>
      <w:r w:rsidRPr="002F58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82C">
        <w:rPr>
          <w:rFonts w:ascii="Times New Roman" w:hAnsi="Times New Roman" w:cs="Times New Roman"/>
          <w:sz w:val="24"/>
          <w:szCs w:val="24"/>
        </w:rPr>
        <w:t>gospodarowania</w:t>
      </w:r>
      <w:proofErr w:type="spellEnd"/>
      <w:r w:rsidRPr="002F582C">
        <w:rPr>
          <w:rFonts w:ascii="Times New Roman" w:hAnsi="Times New Roman" w:cs="Times New Roman"/>
          <w:sz w:val="24"/>
          <w:szCs w:val="24"/>
        </w:rPr>
        <w:t xml:space="preserve"> składnikami rzeczowymi majątku ruchomego Skarbu Państwa (t.j. Dz. U. z 2025 r. poz. 228), wnoszę o dokonanie darowizny niżej wskazanego składnika / składników.</w:t>
      </w:r>
    </w:p>
    <w:p w14:paraId="3366D54A" w14:textId="77777777" w:rsidR="00802B2E" w:rsidRPr="002F582C" w:rsidRDefault="00000000">
      <w:pPr>
        <w:rPr>
          <w:rFonts w:ascii="Times New Roman" w:hAnsi="Times New Roman" w:cs="Times New Roman"/>
          <w:sz w:val="24"/>
          <w:szCs w:val="24"/>
        </w:rPr>
      </w:pPr>
      <w:r w:rsidRPr="002F582C">
        <w:rPr>
          <w:rFonts w:ascii="Times New Roman" w:hAnsi="Times New Roman" w:cs="Times New Roman"/>
          <w:b/>
          <w:sz w:val="24"/>
          <w:szCs w:val="24"/>
        </w:rPr>
        <w:t>1. Nazwa zainteresowanego podmiotu:</w:t>
      </w:r>
      <w:r w:rsidRPr="002F582C">
        <w:rPr>
          <w:rFonts w:ascii="Times New Roman" w:hAnsi="Times New Roman" w:cs="Times New Roman"/>
          <w:sz w:val="24"/>
          <w:szCs w:val="24"/>
        </w:rPr>
        <w:br/>
        <w:t>....................................................................................................</w:t>
      </w:r>
    </w:p>
    <w:p w14:paraId="0B114357" w14:textId="77777777" w:rsidR="00802B2E" w:rsidRPr="002F582C" w:rsidRDefault="00000000">
      <w:pPr>
        <w:rPr>
          <w:rFonts w:ascii="Times New Roman" w:hAnsi="Times New Roman" w:cs="Times New Roman"/>
          <w:sz w:val="24"/>
          <w:szCs w:val="24"/>
        </w:rPr>
      </w:pPr>
      <w:r w:rsidRPr="002F582C">
        <w:rPr>
          <w:rFonts w:ascii="Times New Roman" w:hAnsi="Times New Roman" w:cs="Times New Roman"/>
          <w:b/>
          <w:sz w:val="24"/>
          <w:szCs w:val="24"/>
        </w:rPr>
        <w:t>2. Siedziba i adres:</w:t>
      </w:r>
      <w:r w:rsidRPr="002F582C">
        <w:rPr>
          <w:rFonts w:ascii="Times New Roman" w:hAnsi="Times New Roman" w:cs="Times New Roman"/>
          <w:sz w:val="24"/>
          <w:szCs w:val="24"/>
        </w:rPr>
        <w:br/>
        <w:t>....................................................................................................</w:t>
      </w:r>
    </w:p>
    <w:p w14:paraId="305110B6" w14:textId="77777777" w:rsidR="00802B2E" w:rsidRPr="002F582C" w:rsidRDefault="00000000">
      <w:pPr>
        <w:rPr>
          <w:rFonts w:ascii="Times New Roman" w:hAnsi="Times New Roman" w:cs="Times New Roman"/>
          <w:sz w:val="24"/>
          <w:szCs w:val="24"/>
        </w:rPr>
      </w:pPr>
      <w:r w:rsidRPr="002F582C">
        <w:rPr>
          <w:rFonts w:ascii="Times New Roman" w:hAnsi="Times New Roman" w:cs="Times New Roman"/>
          <w:b/>
          <w:sz w:val="24"/>
          <w:szCs w:val="24"/>
        </w:rPr>
        <w:t xml:space="preserve">3. Dane osoby do kontaktu (opcjonalnie): </w:t>
      </w:r>
      <w:r w:rsidRPr="002F582C">
        <w:rPr>
          <w:rFonts w:ascii="Times New Roman" w:hAnsi="Times New Roman" w:cs="Times New Roman"/>
          <w:sz w:val="24"/>
          <w:szCs w:val="24"/>
        </w:rPr>
        <w:t>imię i nazwisko ........................................  tel. ........................................  e-mail ........................................................</w:t>
      </w:r>
    </w:p>
    <w:p w14:paraId="30FAE11F" w14:textId="77777777" w:rsidR="00802B2E" w:rsidRPr="002F582C" w:rsidRDefault="00000000">
      <w:pPr>
        <w:rPr>
          <w:rFonts w:ascii="Times New Roman" w:hAnsi="Times New Roman" w:cs="Times New Roman"/>
          <w:sz w:val="24"/>
          <w:szCs w:val="24"/>
        </w:rPr>
      </w:pPr>
      <w:r w:rsidRPr="002F582C">
        <w:rPr>
          <w:rFonts w:ascii="Times New Roman" w:hAnsi="Times New Roman" w:cs="Times New Roman"/>
          <w:b/>
          <w:sz w:val="24"/>
          <w:szCs w:val="24"/>
        </w:rPr>
        <w:t>4. Wskazanie składnika / składników, których dotyczy wniosek: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5669"/>
      </w:tblGrid>
      <w:tr w:rsidR="00802B2E" w:rsidRPr="002F582C" w14:paraId="647735A8" w14:textId="77777777">
        <w:trPr>
          <w:tblHeader/>
          <w:jc w:val="center"/>
        </w:trPr>
        <w:tc>
          <w:tcPr>
            <w:tcW w:w="567" w:type="dxa"/>
            <w:shd w:val="clear" w:color="auto" w:fill="E7E6E6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39B3549" w14:textId="77777777" w:rsidR="00802B2E" w:rsidRPr="002F582C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82C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2268" w:type="dxa"/>
            <w:shd w:val="clear" w:color="auto" w:fill="E7E6E6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457EEE4" w14:textId="77777777" w:rsidR="00802B2E" w:rsidRPr="002F582C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82C">
              <w:rPr>
                <w:rFonts w:ascii="Times New Roman" w:hAnsi="Times New Roman" w:cs="Times New Roman"/>
                <w:b/>
                <w:sz w:val="24"/>
                <w:szCs w:val="24"/>
              </w:rPr>
              <w:t>Nr inwentarzowy</w:t>
            </w:r>
          </w:p>
        </w:tc>
        <w:tc>
          <w:tcPr>
            <w:tcW w:w="5669" w:type="dxa"/>
            <w:shd w:val="clear" w:color="auto" w:fill="E7E6E6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C744B3E" w14:textId="77777777" w:rsidR="00802B2E" w:rsidRPr="002F582C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82C">
              <w:rPr>
                <w:rFonts w:ascii="Times New Roman" w:hAnsi="Times New Roman" w:cs="Times New Roman"/>
                <w:b/>
                <w:sz w:val="24"/>
                <w:szCs w:val="24"/>
              </w:rPr>
              <w:t>Nazwa składnika</w:t>
            </w:r>
          </w:p>
        </w:tc>
      </w:tr>
      <w:tr w:rsidR="00802B2E" w:rsidRPr="002F582C" w14:paraId="35A5A98A" w14:textId="77777777">
        <w:trPr>
          <w:jc w:val="center"/>
        </w:trPr>
        <w:tc>
          <w:tcPr>
            <w:tcW w:w="567" w:type="dxa"/>
            <w:tcMar>
              <w:top w:w="95" w:type="dxa"/>
              <w:left w:w="70" w:type="dxa"/>
              <w:bottom w:w="95" w:type="dxa"/>
              <w:right w:w="70" w:type="dxa"/>
            </w:tcMar>
            <w:vAlign w:val="center"/>
          </w:tcPr>
          <w:p w14:paraId="4C524758" w14:textId="77777777" w:rsidR="00802B2E" w:rsidRPr="002F582C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8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Mar>
              <w:top w:w="95" w:type="dxa"/>
              <w:left w:w="70" w:type="dxa"/>
              <w:bottom w:w="95" w:type="dxa"/>
              <w:right w:w="70" w:type="dxa"/>
            </w:tcMar>
            <w:vAlign w:val="center"/>
          </w:tcPr>
          <w:p w14:paraId="0B87E898" w14:textId="77777777" w:rsidR="00802B2E" w:rsidRPr="002F582C" w:rsidRDefault="00802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  <w:tcMar>
              <w:top w:w="95" w:type="dxa"/>
              <w:left w:w="70" w:type="dxa"/>
              <w:bottom w:w="95" w:type="dxa"/>
              <w:right w:w="70" w:type="dxa"/>
            </w:tcMar>
            <w:vAlign w:val="center"/>
          </w:tcPr>
          <w:p w14:paraId="77F2B8BA" w14:textId="77777777" w:rsidR="00802B2E" w:rsidRPr="002F582C" w:rsidRDefault="00802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B2E" w:rsidRPr="002F582C" w14:paraId="1D3C7984" w14:textId="77777777">
        <w:trPr>
          <w:jc w:val="center"/>
        </w:trPr>
        <w:tc>
          <w:tcPr>
            <w:tcW w:w="567" w:type="dxa"/>
            <w:tcMar>
              <w:top w:w="95" w:type="dxa"/>
              <w:left w:w="70" w:type="dxa"/>
              <w:bottom w:w="95" w:type="dxa"/>
              <w:right w:w="70" w:type="dxa"/>
            </w:tcMar>
            <w:vAlign w:val="center"/>
          </w:tcPr>
          <w:p w14:paraId="2F65D140" w14:textId="77777777" w:rsidR="00802B2E" w:rsidRPr="002F582C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8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Mar>
              <w:top w:w="95" w:type="dxa"/>
              <w:left w:w="70" w:type="dxa"/>
              <w:bottom w:w="95" w:type="dxa"/>
              <w:right w:w="70" w:type="dxa"/>
            </w:tcMar>
            <w:vAlign w:val="center"/>
          </w:tcPr>
          <w:p w14:paraId="70194DFA" w14:textId="77777777" w:rsidR="00802B2E" w:rsidRPr="002F582C" w:rsidRDefault="00802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  <w:tcMar>
              <w:top w:w="95" w:type="dxa"/>
              <w:left w:w="70" w:type="dxa"/>
              <w:bottom w:w="95" w:type="dxa"/>
              <w:right w:w="70" w:type="dxa"/>
            </w:tcMar>
            <w:vAlign w:val="center"/>
          </w:tcPr>
          <w:p w14:paraId="15D165D6" w14:textId="77777777" w:rsidR="00802B2E" w:rsidRPr="002F582C" w:rsidRDefault="00802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B2E" w:rsidRPr="002F582C" w14:paraId="18E65EA8" w14:textId="77777777">
        <w:trPr>
          <w:jc w:val="center"/>
        </w:trPr>
        <w:tc>
          <w:tcPr>
            <w:tcW w:w="567" w:type="dxa"/>
            <w:tcMar>
              <w:top w:w="95" w:type="dxa"/>
              <w:left w:w="70" w:type="dxa"/>
              <w:bottom w:w="95" w:type="dxa"/>
              <w:right w:w="70" w:type="dxa"/>
            </w:tcMar>
            <w:vAlign w:val="center"/>
          </w:tcPr>
          <w:p w14:paraId="340E8E54" w14:textId="77777777" w:rsidR="00802B2E" w:rsidRPr="002F582C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8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Mar>
              <w:top w:w="95" w:type="dxa"/>
              <w:left w:w="70" w:type="dxa"/>
              <w:bottom w:w="95" w:type="dxa"/>
              <w:right w:w="70" w:type="dxa"/>
            </w:tcMar>
            <w:vAlign w:val="center"/>
          </w:tcPr>
          <w:p w14:paraId="2D76EA09" w14:textId="77777777" w:rsidR="00802B2E" w:rsidRPr="002F582C" w:rsidRDefault="00802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  <w:tcMar>
              <w:top w:w="95" w:type="dxa"/>
              <w:left w:w="70" w:type="dxa"/>
              <w:bottom w:w="95" w:type="dxa"/>
              <w:right w:w="70" w:type="dxa"/>
            </w:tcMar>
            <w:vAlign w:val="center"/>
          </w:tcPr>
          <w:p w14:paraId="45FD139E" w14:textId="77777777" w:rsidR="00802B2E" w:rsidRPr="002F582C" w:rsidRDefault="00802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B2E" w:rsidRPr="002F582C" w14:paraId="663FDCBF" w14:textId="77777777">
        <w:trPr>
          <w:jc w:val="center"/>
        </w:trPr>
        <w:tc>
          <w:tcPr>
            <w:tcW w:w="567" w:type="dxa"/>
            <w:tcMar>
              <w:top w:w="95" w:type="dxa"/>
              <w:left w:w="70" w:type="dxa"/>
              <w:bottom w:w="95" w:type="dxa"/>
              <w:right w:w="70" w:type="dxa"/>
            </w:tcMar>
            <w:vAlign w:val="center"/>
          </w:tcPr>
          <w:p w14:paraId="58CA06BB" w14:textId="77777777" w:rsidR="00802B2E" w:rsidRPr="002F582C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8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Mar>
              <w:top w:w="95" w:type="dxa"/>
              <w:left w:w="70" w:type="dxa"/>
              <w:bottom w:w="95" w:type="dxa"/>
              <w:right w:w="70" w:type="dxa"/>
            </w:tcMar>
            <w:vAlign w:val="center"/>
          </w:tcPr>
          <w:p w14:paraId="59711A82" w14:textId="77777777" w:rsidR="00802B2E" w:rsidRPr="002F582C" w:rsidRDefault="00802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  <w:tcMar>
              <w:top w:w="95" w:type="dxa"/>
              <w:left w:w="70" w:type="dxa"/>
              <w:bottom w:w="95" w:type="dxa"/>
              <w:right w:w="70" w:type="dxa"/>
            </w:tcMar>
            <w:vAlign w:val="center"/>
          </w:tcPr>
          <w:p w14:paraId="6312E09D" w14:textId="77777777" w:rsidR="00802B2E" w:rsidRPr="002F582C" w:rsidRDefault="00802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B2E" w:rsidRPr="002F582C" w14:paraId="6EB3DAD6" w14:textId="77777777">
        <w:trPr>
          <w:jc w:val="center"/>
        </w:trPr>
        <w:tc>
          <w:tcPr>
            <w:tcW w:w="567" w:type="dxa"/>
            <w:tcMar>
              <w:top w:w="95" w:type="dxa"/>
              <w:left w:w="70" w:type="dxa"/>
              <w:bottom w:w="95" w:type="dxa"/>
              <w:right w:w="70" w:type="dxa"/>
            </w:tcMar>
            <w:vAlign w:val="center"/>
          </w:tcPr>
          <w:p w14:paraId="3B0472F0" w14:textId="77777777" w:rsidR="00802B2E" w:rsidRPr="002F582C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8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Mar>
              <w:top w:w="95" w:type="dxa"/>
              <w:left w:w="70" w:type="dxa"/>
              <w:bottom w:w="95" w:type="dxa"/>
              <w:right w:w="70" w:type="dxa"/>
            </w:tcMar>
            <w:vAlign w:val="center"/>
          </w:tcPr>
          <w:p w14:paraId="34BA3C14" w14:textId="77777777" w:rsidR="00802B2E" w:rsidRPr="002F582C" w:rsidRDefault="00802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  <w:tcMar>
              <w:top w:w="95" w:type="dxa"/>
              <w:left w:w="70" w:type="dxa"/>
              <w:bottom w:w="95" w:type="dxa"/>
              <w:right w:w="70" w:type="dxa"/>
            </w:tcMar>
            <w:vAlign w:val="center"/>
          </w:tcPr>
          <w:p w14:paraId="679F8B67" w14:textId="77777777" w:rsidR="00802B2E" w:rsidRPr="002F582C" w:rsidRDefault="00802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4DF3D94" w14:textId="77777777" w:rsidR="00802B2E" w:rsidRPr="002F582C" w:rsidRDefault="00000000">
      <w:pPr>
        <w:rPr>
          <w:rFonts w:ascii="Times New Roman" w:hAnsi="Times New Roman" w:cs="Times New Roman"/>
          <w:sz w:val="24"/>
          <w:szCs w:val="24"/>
        </w:rPr>
      </w:pPr>
      <w:r w:rsidRPr="002F582C">
        <w:rPr>
          <w:rFonts w:ascii="Times New Roman" w:hAnsi="Times New Roman" w:cs="Times New Roman"/>
          <w:b/>
          <w:sz w:val="24"/>
          <w:szCs w:val="24"/>
        </w:rPr>
        <w:t>5. Sposób wykorzystania przedmiotu darowizny:</w:t>
      </w:r>
      <w:r w:rsidRPr="002F582C">
        <w:rPr>
          <w:rFonts w:ascii="Times New Roman" w:hAnsi="Times New Roman" w:cs="Times New Roman"/>
          <w:sz w:val="24"/>
          <w:szCs w:val="24"/>
        </w:rPr>
        <w:br/>
        <w:t>....................................................................................................</w:t>
      </w:r>
      <w:r w:rsidRPr="002F582C">
        <w:rPr>
          <w:rFonts w:ascii="Times New Roman" w:hAnsi="Times New Roman" w:cs="Times New Roman"/>
          <w:sz w:val="24"/>
          <w:szCs w:val="24"/>
        </w:rPr>
        <w:br/>
        <w:t>....................................................................................................</w:t>
      </w:r>
    </w:p>
    <w:p w14:paraId="034A17BC" w14:textId="77777777" w:rsidR="00802B2E" w:rsidRPr="002F582C" w:rsidRDefault="00000000">
      <w:pPr>
        <w:rPr>
          <w:rFonts w:ascii="Times New Roman" w:hAnsi="Times New Roman" w:cs="Times New Roman"/>
          <w:sz w:val="24"/>
          <w:szCs w:val="24"/>
        </w:rPr>
      </w:pPr>
      <w:r w:rsidRPr="002F582C">
        <w:rPr>
          <w:rFonts w:ascii="Times New Roman" w:hAnsi="Times New Roman" w:cs="Times New Roman"/>
          <w:b/>
          <w:sz w:val="24"/>
          <w:szCs w:val="24"/>
        </w:rPr>
        <w:t>6. Uzasadnienie wniosku, w tym uzasadnienie potrzeb podmiotu:</w:t>
      </w:r>
      <w:r w:rsidRPr="002F582C">
        <w:rPr>
          <w:rFonts w:ascii="Times New Roman" w:hAnsi="Times New Roman" w:cs="Times New Roman"/>
          <w:sz w:val="24"/>
          <w:szCs w:val="24"/>
        </w:rPr>
        <w:br/>
        <w:t>....................................................................................................</w:t>
      </w:r>
      <w:r w:rsidRPr="002F582C">
        <w:rPr>
          <w:rFonts w:ascii="Times New Roman" w:hAnsi="Times New Roman" w:cs="Times New Roman"/>
          <w:sz w:val="24"/>
          <w:szCs w:val="24"/>
        </w:rPr>
        <w:br/>
        <w:t>....................................................................................................</w:t>
      </w:r>
      <w:r w:rsidRPr="002F582C">
        <w:rPr>
          <w:rFonts w:ascii="Times New Roman" w:hAnsi="Times New Roman" w:cs="Times New Roman"/>
          <w:sz w:val="24"/>
          <w:szCs w:val="24"/>
        </w:rPr>
        <w:br/>
        <w:t>....................................................................................................</w:t>
      </w:r>
    </w:p>
    <w:p w14:paraId="4C7D26EB" w14:textId="77777777" w:rsidR="00802B2E" w:rsidRPr="002F582C" w:rsidRDefault="00000000">
      <w:pPr>
        <w:rPr>
          <w:rFonts w:ascii="Times New Roman" w:hAnsi="Times New Roman" w:cs="Times New Roman"/>
          <w:sz w:val="24"/>
          <w:szCs w:val="24"/>
        </w:rPr>
      </w:pPr>
      <w:r w:rsidRPr="002F582C">
        <w:rPr>
          <w:rFonts w:ascii="Times New Roman" w:hAnsi="Times New Roman" w:cs="Times New Roman"/>
          <w:b/>
          <w:sz w:val="24"/>
          <w:szCs w:val="24"/>
        </w:rPr>
        <w:t>7. Oświadczenia i zobowiązania:</w:t>
      </w:r>
      <w:r w:rsidRPr="002F582C">
        <w:rPr>
          <w:rFonts w:ascii="Times New Roman" w:hAnsi="Times New Roman" w:cs="Times New Roman"/>
          <w:sz w:val="24"/>
          <w:szCs w:val="24"/>
        </w:rPr>
        <w:br/>
        <w:t>1) Oświadczam, że przedmiot darowizny zostanie odebrany w terminie i miejscu wskazanym w protokole zdawczo-odbiorczym.</w:t>
      </w:r>
      <w:r w:rsidRPr="002F582C">
        <w:rPr>
          <w:rFonts w:ascii="Times New Roman" w:hAnsi="Times New Roman" w:cs="Times New Roman"/>
          <w:sz w:val="24"/>
          <w:szCs w:val="24"/>
        </w:rPr>
        <w:br/>
        <w:t>2) Zobowiązuję się do pokrycia kosztów związanych z darowizną, w tym kosztów odbioru przedmiotu darowizny.</w:t>
      </w:r>
      <w:r w:rsidRPr="002F582C">
        <w:rPr>
          <w:rFonts w:ascii="Times New Roman" w:hAnsi="Times New Roman" w:cs="Times New Roman"/>
          <w:sz w:val="24"/>
          <w:szCs w:val="24"/>
        </w:rPr>
        <w:br/>
        <w:t>3) Oświadczam, że przedmiot darowizny zostanie wykorzystany zgodnie ze sposobem wskazanym w pkt 5 oraz - jeżeli dotyczy - na realizację celów statutowych podmiotu.</w:t>
      </w:r>
      <w:r w:rsidRPr="002F582C">
        <w:rPr>
          <w:rFonts w:ascii="Times New Roman" w:hAnsi="Times New Roman" w:cs="Times New Roman"/>
          <w:sz w:val="24"/>
          <w:szCs w:val="24"/>
        </w:rPr>
        <w:br/>
      </w:r>
      <w:r w:rsidRPr="002F582C">
        <w:rPr>
          <w:rFonts w:ascii="Times New Roman" w:hAnsi="Times New Roman" w:cs="Times New Roman"/>
          <w:sz w:val="24"/>
          <w:szCs w:val="24"/>
        </w:rPr>
        <w:lastRenderedPageBreak/>
        <w:t>4) Zobowiązuję się, na żądanie PINB w Lesku, przedłożyć statut albo inny dokument określający organizację oraz przedmiot działalności podmiotu.</w:t>
      </w:r>
    </w:p>
    <w:p w14:paraId="784AD1DF" w14:textId="77777777" w:rsidR="00802B2E" w:rsidRPr="002F582C" w:rsidRDefault="00000000">
      <w:pPr>
        <w:rPr>
          <w:rFonts w:ascii="Times New Roman" w:hAnsi="Times New Roman" w:cs="Times New Roman"/>
          <w:sz w:val="24"/>
          <w:szCs w:val="24"/>
        </w:rPr>
      </w:pPr>
      <w:r w:rsidRPr="002F582C">
        <w:rPr>
          <w:rFonts w:ascii="Times New Roman" w:hAnsi="Times New Roman" w:cs="Times New Roman"/>
          <w:b/>
          <w:sz w:val="24"/>
          <w:szCs w:val="24"/>
        </w:rPr>
        <w:t xml:space="preserve">8. Oświadczenie dotyczące danych: </w:t>
      </w:r>
      <w:r w:rsidRPr="002F582C">
        <w:rPr>
          <w:rFonts w:ascii="Times New Roman" w:hAnsi="Times New Roman" w:cs="Times New Roman"/>
          <w:sz w:val="24"/>
          <w:szCs w:val="24"/>
        </w:rPr>
        <w:t>zapoznałem/am się z klauzulą informacyjną RODO stanowiącą załącznik nr 3 do ogłoszenia.</w:t>
      </w:r>
    </w:p>
    <w:p w14:paraId="69625A4F" w14:textId="4D55BC1B" w:rsidR="00802B2E" w:rsidRPr="002F582C" w:rsidRDefault="00000000">
      <w:pPr>
        <w:jc w:val="right"/>
        <w:rPr>
          <w:rFonts w:ascii="Times New Roman" w:hAnsi="Times New Roman" w:cs="Times New Roman"/>
          <w:sz w:val="24"/>
          <w:szCs w:val="24"/>
        </w:rPr>
      </w:pPr>
      <w:r w:rsidRPr="002F582C">
        <w:rPr>
          <w:rFonts w:ascii="Times New Roman" w:hAnsi="Times New Roman" w:cs="Times New Roman"/>
          <w:sz w:val="24"/>
          <w:szCs w:val="24"/>
        </w:rPr>
        <w:br/>
      </w:r>
      <w:r w:rsidRPr="002F582C">
        <w:rPr>
          <w:rFonts w:ascii="Times New Roman" w:hAnsi="Times New Roman" w:cs="Times New Roman"/>
          <w:sz w:val="24"/>
          <w:szCs w:val="24"/>
        </w:rPr>
        <w:br/>
      </w:r>
      <w:r w:rsidR="002F582C">
        <w:rPr>
          <w:rFonts w:ascii="Times New Roman" w:hAnsi="Times New Roman" w:cs="Times New Roman"/>
          <w:sz w:val="24"/>
          <w:szCs w:val="24"/>
        </w:rPr>
        <w:t>…………</w:t>
      </w:r>
      <w:r w:rsidRPr="002F582C">
        <w:rPr>
          <w:rFonts w:ascii="Times New Roman" w:hAnsi="Times New Roman" w:cs="Times New Roman"/>
          <w:sz w:val="24"/>
          <w:szCs w:val="24"/>
        </w:rPr>
        <w:t>............................................................</w:t>
      </w:r>
      <w:r w:rsidRPr="002F582C">
        <w:rPr>
          <w:rFonts w:ascii="Times New Roman" w:hAnsi="Times New Roman" w:cs="Times New Roman"/>
          <w:sz w:val="24"/>
          <w:szCs w:val="24"/>
        </w:rPr>
        <w:br/>
      </w:r>
      <w:r w:rsidRPr="002F582C">
        <w:rPr>
          <w:rFonts w:ascii="Times New Roman" w:hAnsi="Times New Roman" w:cs="Times New Roman"/>
          <w:i/>
          <w:sz w:val="20"/>
          <w:szCs w:val="20"/>
        </w:rPr>
        <w:t>(podpis osoby upoważnionej do reprezentacji podmiotu)</w:t>
      </w:r>
    </w:p>
    <w:sectPr w:rsidR="00802B2E" w:rsidRPr="002F582C" w:rsidSect="00034616">
      <w:pgSz w:w="12240" w:h="15840"/>
      <w:pgMar w:top="1417" w:right="1020" w:bottom="141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39977340">
    <w:abstractNumId w:val="8"/>
  </w:num>
  <w:num w:numId="2" w16cid:durableId="1522477539">
    <w:abstractNumId w:val="6"/>
  </w:num>
  <w:num w:numId="3" w16cid:durableId="634682947">
    <w:abstractNumId w:val="5"/>
  </w:num>
  <w:num w:numId="4" w16cid:durableId="530266283">
    <w:abstractNumId w:val="4"/>
  </w:num>
  <w:num w:numId="5" w16cid:durableId="139733238">
    <w:abstractNumId w:val="7"/>
  </w:num>
  <w:num w:numId="6" w16cid:durableId="1237788466">
    <w:abstractNumId w:val="3"/>
  </w:num>
  <w:num w:numId="7" w16cid:durableId="754671134">
    <w:abstractNumId w:val="2"/>
  </w:num>
  <w:num w:numId="8" w16cid:durableId="112946492">
    <w:abstractNumId w:val="1"/>
  </w:num>
  <w:num w:numId="9" w16cid:durableId="507871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F582C"/>
    <w:rsid w:val="00326F90"/>
    <w:rsid w:val="00371042"/>
    <w:rsid w:val="005C31CF"/>
    <w:rsid w:val="00802B2E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6612E0"/>
  <w14:defaultImageDpi w14:val="300"/>
  <w15:docId w15:val="{D2CD66A5-1DF5-462E-BD81-67592FFA3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60" w:line="240" w:lineRule="auto"/>
    </w:pPr>
    <w:rPr>
      <w:rFonts w:ascii="Arial" w:eastAsia="Arial" w:hAnsi="Arial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PINB Lesko</cp:lastModifiedBy>
  <cp:revision>2</cp:revision>
  <dcterms:created xsi:type="dcterms:W3CDTF">2026-08-17T16:45:00Z</dcterms:created>
  <dcterms:modified xsi:type="dcterms:W3CDTF">2026-08-17T16:45:00Z</dcterms:modified>
  <cp:category/>
</cp:coreProperties>
</file>