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0E7" w:rsidRDefault="007D42DD">
      <w:pPr>
        <w:spacing w:after="160"/>
        <w:jc w:val="right"/>
      </w:pPr>
      <w:r>
        <w:rPr>
          <w:sz w:val="20"/>
        </w:rPr>
        <w:t>Załącznik nr 3 do ogłoszenia z dnia 9 września 2026 r.</w:t>
      </w:r>
    </w:p>
    <w:p w:rsidR="001A10E7" w:rsidRDefault="007D42DD">
      <w:pPr>
        <w:spacing w:before="60" w:after="160"/>
        <w:jc w:val="center"/>
      </w:pPr>
      <w:r>
        <w:rPr>
          <w:b/>
        </w:rPr>
        <w:t>FORMULARZ OFERTOWY</w:t>
      </w:r>
    </w:p>
    <w:p w:rsidR="001A10E7" w:rsidRDefault="007D42DD">
      <w:pPr>
        <w:ind w:firstLine="397"/>
        <w:jc w:val="both"/>
      </w:pPr>
      <w:r>
        <w:t>W odpowiedzi</w:t>
      </w:r>
      <w:r w:rsidR="0098439B">
        <w:t xml:space="preserve"> </w:t>
      </w:r>
      <w:r>
        <w:t>na</w:t>
      </w:r>
      <w:r w:rsidR="0098439B">
        <w:t xml:space="preserve"> </w:t>
      </w:r>
      <w:r>
        <w:t>ogłoszenie</w:t>
      </w:r>
      <w:r w:rsidR="0098439B">
        <w:t xml:space="preserve"> </w:t>
      </w:r>
      <w:r>
        <w:t>Powiatowego</w:t>
      </w:r>
      <w:r w:rsidR="0098439B">
        <w:t xml:space="preserve"> </w:t>
      </w:r>
      <w:r>
        <w:t>Inspektoratu</w:t>
      </w:r>
      <w:r w:rsidR="0098439B">
        <w:t xml:space="preserve"> </w:t>
      </w:r>
      <w:r>
        <w:t>Nadzoru</w:t>
      </w:r>
      <w:r w:rsidR="0098439B">
        <w:t xml:space="preserve"> </w:t>
      </w:r>
      <w:r>
        <w:t>Budowlanego w Lesku z dnia</w:t>
      </w:r>
      <w:r w:rsidR="004053FC">
        <w:br/>
      </w:r>
      <w:r>
        <w:t>9 września</w:t>
      </w:r>
      <w:r>
        <w:t xml:space="preserve"> 2026 r. o sprzedaży zbędnych i zużytych składników majątku ruchomego składam ofertę zakupu na poniższych warunkach.</w:t>
      </w:r>
    </w:p>
    <w:p w:rsidR="001A10E7" w:rsidRDefault="007D42DD">
      <w:pPr>
        <w:spacing w:before="80"/>
      </w:pPr>
      <w:r>
        <w:rPr>
          <w:b/>
        </w:rPr>
        <w:t>1. DANE OFERENTA</w:t>
      </w:r>
    </w:p>
    <w:p w:rsidR="001A10E7" w:rsidRDefault="007D42DD">
      <w:r>
        <w:t>Imię i nazwisko / nazwa: .................................................................................................</w:t>
      </w:r>
      <w:r>
        <w:t>...............</w:t>
      </w:r>
    </w:p>
    <w:p w:rsidR="001A10E7" w:rsidRDefault="007D42DD">
      <w:r>
        <w:t>Adres zamieszkania / siedziby: ..........................................................................................................</w:t>
      </w:r>
    </w:p>
    <w:p w:rsidR="001A10E7" w:rsidRDefault="007D42DD">
      <w:r>
        <w:t>......................................................................................................</w:t>
      </w:r>
      <w:r>
        <w:t>..............................................................</w:t>
      </w:r>
    </w:p>
    <w:p w:rsidR="001A10E7" w:rsidRDefault="007D42DD">
      <w:r>
        <w:t>Telefon: ..........................................................   E-mail: ..........................................................</w:t>
      </w:r>
    </w:p>
    <w:p w:rsidR="001A10E7" w:rsidRDefault="007D42DD">
      <w:r>
        <w:t>Osoba reprezentująca oferenta (jeżeli dotyczy): ........</w:t>
      </w:r>
      <w:r>
        <w:t>.....................................................................</w:t>
      </w:r>
    </w:p>
    <w:p w:rsidR="001A10E7" w:rsidRDefault="007D42DD">
      <w:pPr>
        <w:spacing w:before="100"/>
      </w:pPr>
      <w:r>
        <w:rPr>
          <w:b/>
        </w:rPr>
        <w:t>2. OFERTA CENOWA</w:t>
      </w:r>
    </w:p>
    <w:tbl>
      <w:tblPr>
        <w:tblStyle w:val="Tabela-Siatka"/>
        <w:tblW w:w="0" w:type="auto"/>
        <w:jc w:val="center"/>
        <w:tblLayout w:type="fixed"/>
        <w:tblLook w:val="04A0"/>
      </w:tblPr>
      <w:tblGrid>
        <w:gridCol w:w="397"/>
        <w:gridCol w:w="3628"/>
        <w:gridCol w:w="1474"/>
        <w:gridCol w:w="1417"/>
        <w:gridCol w:w="1928"/>
      </w:tblGrid>
      <w:tr w:rsidR="001A10E7">
        <w:trPr>
          <w:tblHeader/>
          <w:jc w:val="center"/>
        </w:trPr>
        <w:tc>
          <w:tcPr>
            <w:tcW w:w="397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A10E7" w:rsidRDefault="007D42DD">
            <w:pPr>
              <w:spacing w:after="0"/>
              <w:jc w:val="center"/>
            </w:pPr>
            <w:r>
              <w:rPr>
                <w:b/>
                <w:sz w:val="18"/>
              </w:rPr>
              <w:t>Lp.</w:t>
            </w:r>
          </w:p>
        </w:tc>
        <w:tc>
          <w:tcPr>
            <w:tcW w:w="3628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A10E7" w:rsidRDefault="007D42DD">
            <w:pPr>
              <w:spacing w:after="0"/>
              <w:jc w:val="center"/>
            </w:pPr>
            <w:r>
              <w:rPr>
                <w:b/>
                <w:sz w:val="18"/>
              </w:rPr>
              <w:t>Składnik</w:t>
            </w:r>
          </w:p>
        </w:tc>
        <w:tc>
          <w:tcPr>
            <w:tcW w:w="1474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A10E7" w:rsidRDefault="007D42DD">
            <w:pPr>
              <w:spacing w:after="0"/>
              <w:jc w:val="center"/>
            </w:pPr>
            <w:r>
              <w:rPr>
                <w:b/>
                <w:sz w:val="18"/>
              </w:rPr>
              <w:t>Nr inwentarzowy</w:t>
            </w:r>
          </w:p>
        </w:tc>
        <w:tc>
          <w:tcPr>
            <w:tcW w:w="1417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A10E7" w:rsidRDefault="007D42DD">
            <w:pPr>
              <w:spacing w:after="0"/>
              <w:jc w:val="center"/>
            </w:pPr>
            <w:r>
              <w:rPr>
                <w:b/>
                <w:sz w:val="18"/>
              </w:rPr>
              <w:t>Cena minimalna</w:t>
            </w:r>
          </w:p>
        </w:tc>
        <w:tc>
          <w:tcPr>
            <w:tcW w:w="1928" w:type="dxa"/>
            <w:shd w:val="clear" w:color="auto" w:fill="D9EAF7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1A10E7" w:rsidRDefault="007D42DD">
            <w:pPr>
              <w:spacing w:after="0"/>
              <w:jc w:val="center"/>
            </w:pPr>
            <w:r>
              <w:rPr>
                <w:b/>
                <w:sz w:val="18"/>
              </w:rPr>
              <w:t>Oferowana cena w zł</w:t>
            </w:r>
          </w:p>
        </w:tc>
      </w:tr>
      <w:tr w:rsidR="001A10E7">
        <w:trPr>
          <w:jc w:val="center"/>
        </w:trPr>
        <w:tc>
          <w:tcPr>
            <w:tcW w:w="39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1A10E7" w:rsidRDefault="007D42DD">
            <w:pPr>
              <w:spacing w:after="0"/>
              <w:jc w:val="center"/>
            </w:pPr>
            <w:r>
              <w:rPr>
                <w:sz w:val="18"/>
              </w:rPr>
              <w:t>1.</w:t>
            </w:r>
          </w:p>
        </w:tc>
        <w:tc>
          <w:tcPr>
            <w:tcW w:w="3628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1A10E7" w:rsidRDefault="007D42DD">
            <w:pPr>
              <w:spacing w:after="0"/>
            </w:pPr>
            <w:r>
              <w:rPr>
                <w:sz w:val="18"/>
              </w:rPr>
              <w:t>Stolik pod komputer</w:t>
            </w:r>
          </w:p>
        </w:tc>
        <w:tc>
          <w:tcPr>
            <w:tcW w:w="147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1A10E7" w:rsidRDefault="007D42DD">
            <w:pPr>
              <w:spacing w:after="0"/>
              <w:jc w:val="center"/>
            </w:pPr>
            <w:r>
              <w:rPr>
                <w:sz w:val="18"/>
              </w:rPr>
              <w:t>3/36/PINB/06</w:t>
            </w:r>
          </w:p>
        </w:tc>
        <w:tc>
          <w:tcPr>
            <w:tcW w:w="141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1A10E7" w:rsidRDefault="007D42DD">
            <w:pPr>
              <w:spacing w:after="0"/>
              <w:jc w:val="center"/>
            </w:pPr>
            <w:r>
              <w:rPr>
                <w:sz w:val="18"/>
              </w:rPr>
              <w:t>22,00 zł</w:t>
            </w:r>
          </w:p>
        </w:tc>
        <w:tc>
          <w:tcPr>
            <w:tcW w:w="1928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1A10E7" w:rsidRDefault="001A10E7">
            <w:pPr>
              <w:spacing w:after="0"/>
              <w:jc w:val="center"/>
            </w:pPr>
          </w:p>
        </w:tc>
      </w:tr>
      <w:tr w:rsidR="001A10E7">
        <w:trPr>
          <w:jc w:val="center"/>
        </w:trPr>
        <w:tc>
          <w:tcPr>
            <w:tcW w:w="39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1A10E7" w:rsidRDefault="007D42DD">
            <w:pPr>
              <w:spacing w:after="0"/>
              <w:jc w:val="center"/>
            </w:pPr>
            <w:r>
              <w:rPr>
                <w:sz w:val="18"/>
              </w:rPr>
              <w:t>2.</w:t>
            </w:r>
          </w:p>
        </w:tc>
        <w:tc>
          <w:tcPr>
            <w:tcW w:w="3628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1A10E7" w:rsidRDefault="007D42DD">
            <w:pPr>
              <w:spacing w:after="0"/>
            </w:pPr>
            <w:r>
              <w:rPr>
                <w:sz w:val="18"/>
              </w:rPr>
              <w:t>Biurko 120 x 60 cm z przystawką, kontenerem i szafką</w:t>
            </w:r>
          </w:p>
        </w:tc>
        <w:tc>
          <w:tcPr>
            <w:tcW w:w="147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1A10E7" w:rsidRDefault="007D42DD">
            <w:pPr>
              <w:spacing w:after="0"/>
              <w:jc w:val="center"/>
            </w:pPr>
            <w:r>
              <w:rPr>
                <w:sz w:val="18"/>
              </w:rPr>
              <w:t>21/179/PINB/23</w:t>
            </w:r>
          </w:p>
        </w:tc>
        <w:tc>
          <w:tcPr>
            <w:tcW w:w="141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1A10E7" w:rsidRDefault="007D42DD">
            <w:pPr>
              <w:spacing w:after="0"/>
              <w:jc w:val="center"/>
            </w:pPr>
            <w:r>
              <w:rPr>
                <w:sz w:val="18"/>
              </w:rPr>
              <w:t>139,00 zł</w:t>
            </w:r>
          </w:p>
        </w:tc>
        <w:tc>
          <w:tcPr>
            <w:tcW w:w="1928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1A10E7" w:rsidRDefault="001A10E7">
            <w:pPr>
              <w:spacing w:after="0"/>
              <w:jc w:val="center"/>
            </w:pPr>
          </w:p>
        </w:tc>
      </w:tr>
      <w:tr w:rsidR="001A10E7">
        <w:trPr>
          <w:jc w:val="center"/>
        </w:trPr>
        <w:tc>
          <w:tcPr>
            <w:tcW w:w="39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1A10E7" w:rsidRDefault="007D42DD">
            <w:pPr>
              <w:spacing w:after="0"/>
              <w:jc w:val="center"/>
            </w:pPr>
            <w:r>
              <w:rPr>
                <w:sz w:val="18"/>
              </w:rPr>
              <w:t>3.</w:t>
            </w:r>
          </w:p>
        </w:tc>
        <w:tc>
          <w:tcPr>
            <w:tcW w:w="3628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1A10E7" w:rsidRDefault="007D42DD">
            <w:pPr>
              <w:spacing w:after="0"/>
            </w:pPr>
            <w:r>
              <w:rPr>
                <w:sz w:val="18"/>
              </w:rPr>
              <w:t>Stół</w:t>
            </w:r>
          </w:p>
        </w:tc>
        <w:tc>
          <w:tcPr>
            <w:tcW w:w="147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1A10E7" w:rsidRDefault="007D42DD">
            <w:pPr>
              <w:spacing w:after="0"/>
              <w:jc w:val="center"/>
            </w:pPr>
            <w:r>
              <w:rPr>
                <w:sz w:val="18"/>
              </w:rPr>
              <w:t>1/21/PINB/04</w:t>
            </w:r>
          </w:p>
        </w:tc>
        <w:tc>
          <w:tcPr>
            <w:tcW w:w="141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1A10E7" w:rsidRDefault="007D42DD">
            <w:pPr>
              <w:spacing w:after="0"/>
              <w:jc w:val="center"/>
            </w:pPr>
            <w:r>
              <w:rPr>
                <w:sz w:val="18"/>
              </w:rPr>
              <w:t>7,68 zł</w:t>
            </w:r>
          </w:p>
        </w:tc>
        <w:tc>
          <w:tcPr>
            <w:tcW w:w="1928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1A10E7" w:rsidRDefault="001A10E7">
            <w:pPr>
              <w:spacing w:after="0"/>
              <w:jc w:val="center"/>
            </w:pPr>
          </w:p>
        </w:tc>
      </w:tr>
      <w:tr w:rsidR="001A10E7">
        <w:trPr>
          <w:jc w:val="center"/>
        </w:trPr>
        <w:tc>
          <w:tcPr>
            <w:tcW w:w="39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1A10E7" w:rsidRDefault="007D42DD">
            <w:pPr>
              <w:spacing w:after="0"/>
              <w:jc w:val="center"/>
            </w:pPr>
            <w:r>
              <w:rPr>
                <w:sz w:val="18"/>
              </w:rPr>
              <w:t>4.</w:t>
            </w:r>
          </w:p>
        </w:tc>
        <w:tc>
          <w:tcPr>
            <w:tcW w:w="3628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1A10E7" w:rsidRDefault="007D42DD">
            <w:pPr>
              <w:spacing w:after="0"/>
            </w:pPr>
            <w:r>
              <w:rPr>
                <w:sz w:val="18"/>
              </w:rPr>
              <w:t>Notebook ASUS K70AF-TY005 + torba Office VNC 218 + kabel USB-LPT</w:t>
            </w:r>
          </w:p>
        </w:tc>
        <w:tc>
          <w:tcPr>
            <w:tcW w:w="147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1A10E7" w:rsidRDefault="007D42DD">
            <w:pPr>
              <w:spacing w:after="0"/>
              <w:jc w:val="center"/>
            </w:pPr>
            <w:r>
              <w:rPr>
                <w:sz w:val="18"/>
              </w:rPr>
              <w:t>7/83/PINB/10</w:t>
            </w:r>
          </w:p>
        </w:tc>
        <w:tc>
          <w:tcPr>
            <w:tcW w:w="141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1A10E7" w:rsidRDefault="007D42DD">
            <w:pPr>
              <w:spacing w:after="0"/>
              <w:jc w:val="center"/>
            </w:pPr>
            <w:r>
              <w:rPr>
                <w:sz w:val="18"/>
              </w:rPr>
              <w:t>264,77 zł</w:t>
            </w:r>
          </w:p>
        </w:tc>
        <w:tc>
          <w:tcPr>
            <w:tcW w:w="1928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1A10E7" w:rsidRDefault="001A10E7">
            <w:pPr>
              <w:spacing w:after="0"/>
              <w:jc w:val="center"/>
            </w:pPr>
          </w:p>
        </w:tc>
      </w:tr>
      <w:tr w:rsidR="001A10E7">
        <w:trPr>
          <w:jc w:val="center"/>
        </w:trPr>
        <w:tc>
          <w:tcPr>
            <w:tcW w:w="39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1A10E7" w:rsidRDefault="007D42DD">
            <w:pPr>
              <w:spacing w:after="0"/>
              <w:jc w:val="center"/>
            </w:pPr>
            <w:r>
              <w:rPr>
                <w:sz w:val="18"/>
              </w:rPr>
              <w:t>5.</w:t>
            </w:r>
          </w:p>
        </w:tc>
        <w:tc>
          <w:tcPr>
            <w:tcW w:w="3628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1A10E7" w:rsidRDefault="007D42DD">
            <w:pPr>
              <w:spacing w:after="0"/>
            </w:pPr>
            <w:r>
              <w:rPr>
                <w:sz w:val="18"/>
              </w:rPr>
              <w:t>Drukarka HP Officejet Pro 8100 (Wi-Fi, dupleks)</w:t>
            </w:r>
          </w:p>
        </w:tc>
        <w:tc>
          <w:tcPr>
            <w:tcW w:w="147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1A10E7" w:rsidRDefault="007D42DD">
            <w:pPr>
              <w:spacing w:after="0"/>
              <w:jc w:val="center"/>
            </w:pPr>
            <w:r>
              <w:rPr>
                <w:sz w:val="18"/>
              </w:rPr>
              <w:t>11/111/PINB/14</w:t>
            </w:r>
          </w:p>
        </w:tc>
        <w:tc>
          <w:tcPr>
            <w:tcW w:w="141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1A10E7" w:rsidRDefault="007D42DD">
            <w:pPr>
              <w:spacing w:after="0"/>
              <w:jc w:val="center"/>
            </w:pPr>
            <w:r>
              <w:rPr>
                <w:sz w:val="18"/>
              </w:rPr>
              <w:t>35,90 zł</w:t>
            </w:r>
          </w:p>
        </w:tc>
        <w:tc>
          <w:tcPr>
            <w:tcW w:w="1928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1A10E7" w:rsidRDefault="001A10E7">
            <w:pPr>
              <w:spacing w:after="0"/>
              <w:jc w:val="center"/>
            </w:pPr>
          </w:p>
        </w:tc>
      </w:tr>
      <w:tr w:rsidR="001A10E7">
        <w:trPr>
          <w:jc w:val="center"/>
        </w:trPr>
        <w:tc>
          <w:tcPr>
            <w:tcW w:w="39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1A10E7" w:rsidRDefault="007D42DD">
            <w:pPr>
              <w:spacing w:after="0"/>
              <w:jc w:val="center"/>
            </w:pPr>
            <w:r>
              <w:rPr>
                <w:sz w:val="18"/>
              </w:rPr>
              <w:t>6.</w:t>
            </w:r>
          </w:p>
        </w:tc>
        <w:tc>
          <w:tcPr>
            <w:tcW w:w="3628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1A10E7" w:rsidRDefault="007D42DD">
            <w:pPr>
              <w:spacing w:after="0"/>
            </w:pPr>
            <w:r>
              <w:rPr>
                <w:sz w:val="18"/>
              </w:rPr>
              <w:t xml:space="preserve">Nokia 230 Dual SIM, </w:t>
            </w:r>
            <w:r>
              <w:rPr>
                <w:sz w:val="18"/>
              </w:rPr>
              <w:t>ciemnoszary</w:t>
            </w:r>
          </w:p>
        </w:tc>
        <w:tc>
          <w:tcPr>
            <w:tcW w:w="147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1A10E7" w:rsidRDefault="007D42DD">
            <w:pPr>
              <w:spacing w:after="0"/>
              <w:jc w:val="center"/>
            </w:pPr>
            <w:r>
              <w:rPr>
                <w:sz w:val="18"/>
              </w:rPr>
              <w:t>13/120/PINB/16</w:t>
            </w:r>
          </w:p>
        </w:tc>
        <w:tc>
          <w:tcPr>
            <w:tcW w:w="141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1A10E7" w:rsidRDefault="007D42DD">
            <w:pPr>
              <w:spacing w:after="0"/>
              <w:jc w:val="center"/>
            </w:pPr>
            <w:r>
              <w:rPr>
                <w:sz w:val="18"/>
              </w:rPr>
              <w:t>104,22 zł</w:t>
            </w:r>
          </w:p>
        </w:tc>
        <w:tc>
          <w:tcPr>
            <w:tcW w:w="1928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1A10E7" w:rsidRDefault="001A10E7">
            <w:pPr>
              <w:spacing w:after="0"/>
              <w:jc w:val="center"/>
            </w:pPr>
          </w:p>
        </w:tc>
      </w:tr>
      <w:tr w:rsidR="001A10E7">
        <w:trPr>
          <w:jc w:val="center"/>
        </w:trPr>
        <w:tc>
          <w:tcPr>
            <w:tcW w:w="39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1A10E7" w:rsidRDefault="007D42DD">
            <w:pPr>
              <w:spacing w:after="0"/>
              <w:jc w:val="center"/>
            </w:pPr>
            <w:r>
              <w:rPr>
                <w:sz w:val="18"/>
              </w:rPr>
              <w:t>7.</w:t>
            </w:r>
          </w:p>
        </w:tc>
        <w:tc>
          <w:tcPr>
            <w:tcW w:w="3628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1A10E7" w:rsidRDefault="007D42DD">
            <w:pPr>
              <w:spacing w:after="0"/>
            </w:pPr>
            <w:r>
              <w:rPr>
                <w:sz w:val="18"/>
              </w:rPr>
              <w:t>LG K10 (2017), czarny</w:t>
            </w:r>
          </w:p>
        </w:tc>
        <w:tc>
          <w:tcPr>
            <w:tcW w:w="1474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1A10E7" w:rsidRDefault="007D42DD">
            <w:pPr>
              <w:spacing w:after="0"/>
              <w:jc w:val="center"/>
            </w:pPr>
            <w:r>
              <w:rPr>
                <w:sz w:val="18"/>
              </w:rPr>
              <w:t>15/130/PINB/18</w:t>
            </w:r>
          </w:p>
        </w:tc>
        <w:tc>
          <w:tcPr>
            <w:tcW w:w="1417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1A10E7" w:rsidRDefault="007D42DD">
            <w:pPr>
              <w:spacing w:after="0"/>
              <w:jc w:val="center"/>
            </w:pPr>
            <w:r>
              <w:rPr>
                <w:sz w:val="18"/>
              </w:rPr>
              <w:t>74,70 zł</w:t>
            </w:r>
          </w:p>
        </w:tc>
        <w:tc>
          <w:tcPr>
            <w:tcW w:w="1928" w:type="dxa"/>
            <w:tcMar>
              <w:top w:w="90" w:type="dxa"/>
              <w:left w:w="70" w:type="dxa"/>
              <w:bottom w:w="90" w:type="dxa"/>
              <w:right w:w="70" w:type="dxa"/>
            </w:tcMar>
            <w:vAlign w:val="center"/>
          </w:tcPr>
          <w:p w:rsidR="001A10E7" w:rsidRDefault="001A10E7">
            <w:pPr>
              <w:spacing w:after="0"/>
              <w:jc w:val="center"/>
            </w:pPr>
          </w:p>
        </w:tc>
      </w:tr>
    </w:tbl>
    <w:p w:rsidR="001A10E7" w:rsidRDefault="007D42DD">
      <w:pPr>
        <w:spacing w:before="120"/>
      </w:pPr>
      <w:r>
        <w:rPr>
          <w:b/>
        </w:rPr>
        <w:t>Łączna oferowana kwota za wybrane pozycje: ........................................ zł.</w:t>
      </w:r>
    </w:p>
    <w:p w:rsidR="001A10E7" w:rsidRDefault="007D42DD">
      <w:pPr>
        <w:spacing w:before="100"/>
      </w:pPr>
      <w:r>
        <w:rPr>
          <w:b/>
        </w:rPr>
        <w:t>3. OŚWIADCZENIA OFERENTA</w:t>
      </w:r>
    </w:p>
    <w:p w:rsidR="001A10E7" w:rsidRDefault="007D42DD" w:rsidP="004053FC">
      <w:pPr>
        <w:pStyle w:val="Akapitzlist"/>
        <w:numPr>
          <w:ilvl w:val="0"/>
          <w:numId w:val="15"/>
        </w:numPr>
        <w:spacing w:after="40"/>
        <w:ind w:left="284" w:hanging="284"/>
        <w:jc w:val="both"/>
      </w:pPr>
      <w:r>
        <w:t>Zapoznałem/am się z treścią</w:t>
      </w:r>
      <w:r>
        <w:t xml:space="preserve"> ogłoszenia, opisem składników, ujawnionymi</w:t>
      </w:r>
      <w:r w:rsidR="0098439B">
        <w:t xml:space="preserve"> </w:t>
      </w:r>
      <w:r>
        <w:t>wadami</w:t>
      </w:r>
      <w:r w:rsidR="0098439B">
        <w:t xml:space="preserve"> </w:t>
      </w:r>
      <w:r>
        <w:t>oraz</w:t>
      </w:r>
      <w:r w:rsidR="0098439B">
        <w:t xml:space="preserve"> </w:t>
      </w:r>
      <w:r>
        <w:t>warunkami</w:t>
      </w:r>
      <w:r w:rsidR="0098439B">
        <w:t xml:space="preserve"> </w:t>
      </w:r>
      <w:r>
        <w:t>sprzedaży</w:t>
      </w:r>
      <w:r w:rsidR="0098439B">
        <w:t xml:space="preserve"> </w:t>
      </w:r>
      <w:r>
        <w:t>i</w:t>
      </w:r>
      <w:r w:rsidR="0098439B">
        <w:t xml:space="preserve"> </w:t>
      </w:r>
      <w:r>
        <w:t>akceptuję je bez zastrzeżeń.</w:t>
      </w:r>
    </w:p>
    <w:p w:rsidR="001A10E7" w:rsidRDefault="007D42DD" w:rsidP="004053FC">
      <w:pPr>
        <w:pStyle w:val="Akapitzlist"/>
        <w:numPr>
          <w:ilvl w:val="0"/>
          <w:numId w:val="15"/>
        </w:numPr>
        <w:spacing w:after="40"/>
        <w:ind w:left="284" w:hanging="284"/>
        <w:jc w:val="both"/>
      </w:pPr>
      <w:r>
        <w:t>Dokonałem/am oględzin</w:t>
      </w:r>
      <w:r w:rsidR="0098439B">
        <w:t xml:space="preserve"> </w:t>
      </w:r>
      <w:r>
        <w:t>wybranych</w:t>
      </w:r>
      <w:r w:rsidR="0098439B">
        <w:t xml:space="preserve"> </w:t>
      </w:r>
      <w:r>
        <w:t>składników / zrezygnowałem/am z oględzin</w:t>
      </w:r>
      <w:r w:rsidR="0098439B">
        <w:t xml:space="preserve"> I </w:t>
      </w:r>
      <w:r>
        <w:t>składam</w:t>
      </w:r>
      <w:r w:rsidR="0098439B">
        <w:t xml:space="preserve"> </w:t>
      </w:r>
      <w:r>
        <w:t>ofertę</w:t>
      </w:r>
      <w:r w:rsidR="0098439B">
        <w:t xml:space="preserve"> </w:t>
      </w:r>
      <w:r>
        <w:t>na</w:t>
      </w:r>
      <w:r w:rsidR="0098439B">
        <w:t xml:space="preserve"> </w:t>
      </w:r>
      <w:r>
        <w:t>podstawie</w:t>
      </w:r>
      <w:r w:rsidR="0098439B">
        <w:t xml:space="preserve"> </w:t>
      </w:r>
      <w:r>
        <w:t>udostępnionego</w:t>
      </w:r>
      <w:r w:rsidR="0098439B">
        <w:t xml:space="preserve"> </w:t>
      </w:r>
      <w:r>
        <w:t>opisu (niepotrzebne</w:t>
      </w:r>
      <w:r w:rsidR="0098439B">
        <w:t xml:space="preserve"> </w:t>
      </w:r>
      <w:r>
        <w:t>skreślić).</w:t>
      </w:r>
    </w:p>
    <w:p w:rsidR="001A10E7" w:rsidRDefault="007D42DD" w:rsidP="004053FC">
      <w:pPr>
        <w:pStyle w:val="Akapitzlist"/>
        <w:numPr>
          <w:ilvl w:val="0"/>
          <w:numId w:val="15"/>
        </w:numPr>
        <w:spacing w:after="40"/>
        <w:ind w:left="284" w:hanging="284"/>
        <w:jc w:val="both"/>
      </w:pPr>
      <w:r>
        <w:t>W przypadku wyboru mojej oferty zobowiązuję się do zapłaty ceny w terminie wskazanym</w:t>
      </w:r>
      <w:r w:rsidR="0098439B">
        <w:t xml:space="preserve"> </w:t>
      </w:r>
      <w:r>
        <w:t>przez</w:t>
      </w:r>
      <w:r w:rsidR="0098439B">
        <w:t xml:space="preserve"> </w:t>
      </w:r>
      <w:r>
        <w:t>Sprzedawcę</w:t>
      </w:r>
      <w:r w:rsidR="0098439B">
        <w:t xml:space="preserve"> </w:t>
      </w:r>
      <w:r>
        <w:t>oraz do odbioru</w:t>
      </w:r>
      <w:r w:rsidR="0098439B">
        <w:t xml:space="preserve"> </w:t>
      </w:r>
      <w:r>
        <w:t>przedmiotu</w:t>
      </w:r>
      <w:r w:rsidR="0098439B">
        <w:t xml:space="preserve"> </w:t>
      </w:r>
      <w:r>
        <w:t>na</w:t>
      </w:r>
      <w:r w:rsidR="0098439B">
        <w:t xml:space="preserve"> </w:t>
      </w:r>
      <w:r>
        <w:t>własny</w:t>
      </w:r>
      <w:r w:rsidR="0098439B">
        <w:t xml:space="preserve"> </w:t>
      </w:r>
      <w:r>
        <w:t>koszt.</w:t>
      </w:r>
    </w:p>
    <w:p w:rsidR="001A10E7" w:rsidRDefault="007D42DD" w:rsidP="004053FC">
      <w:pPr>
        <w:pStyle w:val="Akapitzlist"/>
        <w:numPr>
          <w:ilvl w:val="0"/>
          <w:numId w:val="15"/>
        </w:numPr>
        <w:spacing w:after="40"/>
        <w:ind w:left="284" w:hanging="284"/>
        <w:jc w:val="both"/>
      </w:pPr>
      <w:r>
        <w:t>Przyjmuję do wiadomości, że</w:t>
      </w:r>
      <w:r>
        <w:t xml:space="preserve"> notebook ASUS K70AF-TY005 jest sprzedawany bez dysku twardego i bez licencji MS Office 5B 2007 OEM nr 7/84/PINB/10.</w:t>
      </w:r>
    </w:p>
    <w:p w:rsidR="001A10E7" w:rsidRDefault="007D42DD" w:rsidP="004053FC">
      <w:pPr>
        <w:pStyle w:val="Akapitzlist"/>
        <w:numPr>
          <w:ilvl w:val="0"/>
          <w:numId w:val="15"/>
        </w:numPr>
        <w:spacing w:after="40"/>
        <w:ind w:left="284" w:hanging="284"/>
        <w:jc w:val="both"/>
      </w:pPr>
      <w:r>
        <w:t>Zapoznałem/am się z informacją o przetwarzaniu danych osobowych stanowiącą załącznik nr 4 do ogłoszenia.</w:t>
      </w:r>
    </w:p>
    <w:p w:rsidR="001A10E7" w:rsidRDefault="007D42DD">
      <w:pPr>
        <w:spacing w:before="160"/>
      </w:pPr>
      <w:r>
        <w:t>Miejscowość</w:t>
      </w:r>
      <w:r w:rsidR="0098439B">
        <w:t xml:space="preserve"> </w:t>
      </w:r>
      <w:r>
        <w:t>i data: ...............</w:t>
      </w:r>
      <w:r>
        <w:t>.........................................</w:t>
      </w:r>
    </w:p>
    <w:p w:rsidR="001A10E7" w:rsidRDefault="007D42DD">
      <w:pPr>
        <w:spacing w:after="0"/>
      </w:pPr>
      <w:r>
        <w:t>Czytelny podpis oferenta / osoby uprawnionej: ...........................................................................</w:t>
      </w:r>
    </w:p>
    <w:sectPr w:rsidR="001A10E7" w:rsidSect="00034616">
      <w:footerReference w:type="default" r:id="rId8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42DD" w:rsidRDefault="007D42DD">
      <w:pPr>
        <w:spacing w:after="0"/>
      </w:pPr>
      <w:r>
        <w:separator/>
      </w:r>
    </w:p>
  </w:endnote>
  <w:endnote w:type="continuationSeparator" w:id="1">
    <w:p w:rsidR="007D42DD" w:rsidRDefault="007D42DD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E7" w:rsidRDefault="007D42DD">
    <w:pPr>
      <w:pStyle w:val="Stopka"/>
      <w:jc w:val="center"/>
    </w:pPr>
    <w:r>
      <w:rPr>
        <w:sz w:val="16"/>
      </w:rPr>
      <w:t>Powiatowy</w:t>
    </w:r>
    <w:r w:rsidR="0098439B">
      <w:rPr>
        <w:sz w:val="16"/>
      </w:rPr>
      <w:t xml:space="preserve"> </w:t>
    </w:r>
    <w:r>
      <w:rPr>
        <w:sz w:val="16"/>
      </w:rPr>
      <w:t>Inspektorat</w:t>
    </w:r>
    <w:r w:rsidR="0098439B">
      <w:rPr>
        <w:sz w:val="16"/>
      </w:rPr>
      <w:t xml:space="preserve"> </w:t>
    </w:r>
    <w:r>
      <w:rPr>
        <w:sz w:val="16"/>
      </w:rPr>
      <w:t>Nadzor</w:t>
    </w:r>
    <w:r>
      <w:rPr>
        <w:sz w:val="16"/>
      </w:rPr>
      <w:t>u</w:t>
    </w:r>
    <w:r w:rsidR="0098439B">
      <w:rPr>
        <w:sz w:val="16"/>
      </w:rPr>
      <w:t xml:space="preserve"> </w:t>
    </w:r>
    <w:r>
      <w:rPr>
        <w:sz w:val="16"/>
      </w:rPr>
      <w:t>Budowlanego w Lesku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42DD" w:rsidRDefault="007D42DD">
      <w:pPr>
        <w:spacing w:after="0"/>
      </w:pPr>
      <w:r>
        <w:separator/>
      </w:r>
    </w:p>
  </w:footnote>
  <w:footnote w:type="continuationSeparator" w:id="1">
    <w:p w:rsidR="007D42DD" w:rsidRDefault="007D42DD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9A524E3"/>
    <w:multiLevelType w:val="hybridMultilevel"/>
    <w:tmpl w:val="B14068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E08688C"/>
    <w:multiLevelType w:val="hybridMultilevel"/>
    <w:tmpl w:val="2A44D2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300676"/>
    <w:multiLevelType w:val="hybridMultilevel"/>
    <w:tmpl w:val="15CA6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CC7BDB"/>
    <w:multiLevelType w:val="hybridMultilevel"/>
    <w:tmpl w:val="9BB635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5F3814"/>
    <w:multiLevelType w:val="hybridMultilevel"/>
    <w:tmpl w:val="47922E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196C4D"/>
    <w:multiLevelType w:val="hybridMultilevel"/>
    <w:tmpl w:val="13F62D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B12181"/>
    <w:multiLevelType w:val="hybridMultilevel"/>
    <w:tmpl w:val="F0EAFF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3"/>
  </w:num>
  <w:num w:numId="13">
    <w:abstractNumId w:val="12"/>
  </w:num>
  <w:num w:numId="14">
    <w:abstractNumId w:val="14"/>
  </w:num>
  <w:num w:numId="15">
    <w:abstractNumId w:val="15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34616"/>
    <w:rsid w:val="0006063C"/>
    <w:rsid w:val="000F2D47"/>
    <w:rsid w:val="0015074B"/>
    <w:rsid w:val="00151D81"/>
    <w:rsid w:val="00192CC5"/>
    <w:rsid w:val="001A10E7"/>
    <w:rsid w:val="0029639D"/>
    <w:rsid w:val="00326F90"/>
    <w:rsid w:val="003940A6"/>
    <w:rsid w:val="004053FC"/>
    <w:rsid w:val="00576DEA"/>
    <w:rsid w:val="005D5730"/>
    <w:rsid w:val="007D42DD"/>
    <w:rsid w:val="009545A3"/>
    <w:rsid w:val="0098439B"/>
    <w:rsid w:val="009B5383"/>
    <w:rsid w:val="00AA1D8D"/>
    <w:rsid w:val="00B47730"/>
    <w:rsid w:val="00C510F6"/>
    <w:rsid w:val="00C83310"/>
    <w:rsid w:val="00CB0664"/>
    <w:rsid w:val="00E503AF"/>
    <w:rsid w:val="00EE26EF"/>
    <w:rsid w:val="00F31AA3"/>
    <w:rsid w:val="00FC38B9"/>
    <w:rsid w:val="00FC693F"/>
    <w:rsid w:val="00FD27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pPr>
      <w:spacing w:after="60" w:line="240" w:lineRule="auto"/>
    </w:pPr>
    <w:rPr>
      <w:rFonts w:ascii="Times New Roman" w:eastAsia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4053FC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053F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360</Words>
  <Characters>2165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2520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ASUS</cp:lastModifiedBy>
  <cp:revision>4</cp:revision>
  <dcterms:created xsi:type="dcterms:W3CDTF">2026-09-09T10:55:00Z</dcterms:created>
  <dcterms:modified xsi:type="dcterms:W3CDTF">2026-09-09T19:33:00Z</dcterms:modified>
  <cp:category/>
</cp:coreProperties>
</file>